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A51C" w14:textId="0A7F6631" w:rsidR="00934FFB" w:rsidRDefault="004F1E48" w:rsidP="002B3078">
      <w:pPr>
        <w:jc w:val="center"/>
        <w:rPr>
          <w:rFonts w:ascii="Times New Roman" w:eastAsia="Times New Roman" w:hAnsi="Times New Roman"/>
          <w:b/>
          <w:sz w:val="28"/>
          <w:lang w:eastAsia="ja-JP"/>
        </w:rPr>
      </w:pPr>
      <w:r>
        <w:rPr>
          <w:rFonts w:ascii="Times New Roman" w:eastAsia="Times New Roman" w:hAnsi="Times New Roman"/>
          <w:b/>
          <w:sz w:val="28"/>
        </w:rPr>
        <w:t>Title of the English Abstract</w:t>
      </w:r>
    </w:p>
    <w:p w14:paraId="2177BC09" w14:textId="77777777" w:rsidR="005C0952" w:rsidRPr="00FB4176" w:rsidRDefault="005C0952" w:rsidP="002B3078">
      <w:pPr>
        <w:jc w:val="center"/>
        <w:rPr>
          <w:rFonts w:ascii="Times New Roman" w:eastAsia="Times New Roman" w:hAnsi="Times New Roman"/>
          <w:b/>
          <w:sz w:val="28"/>
          <w:lang w:eastAsia="ja-JP"/>
        </w:rPr>
      </w:pPr>
    </w:p>
    <w:p w14:paraId="1CC9F3CC" w14:textId="7E4A387E" w:rsidR="00934FFB" w:rsidRDefault="004F1E48">
      <w:pPr>
        <w:jc w:val="right"/>
      </w:pPr>
      <w:r>
        <w:rPr>
          <w:rFonts w:ascii="Times New Roman" w:eastAsia="Times New Roman" w:hAnsi="Times New Roman"/>
          <w:sz w:val="24"/>
        </w:rPr>
        <w:t xml:space="preserve">Taro </w:t>
      </w:r>
      <w:r w:rsidR="00577C6A">
        <w:rPr>
          <w:rFonts w:ascii="Times New Roman" w:eastAsia="Times New Roman" w:hAnsi="Times New Roman"/>
          <w:sz w:val="24"/>
        </w:rPr>
        <w:t>Chunichi</w:t>
      </w:r>
      <w:r>
        <w:rPr>
          <w:rFonts w:ascii="Times New Roman" w:eastAsia="Times New Roman" w:hAnsi="Times New Roman"/>
          <w:sz w:val="24"/>
        </w:rPr>
        <w:t xml:space="preserve"> (</w:t>
      </w:r>
      <w:r w:rsidR="002B3078">
        <w:rPr>
          <w:rFonts w:ascii="Times New Roman" w:eastAsia="Times New Roman" w:hAnsi="Times New Roman"/>
          <w:sz w:val="24"/>
        </w:rPr>
        <w:t xml:space="preserve">Graduate Student, </w:t>
      </w:r>
      <w:proofErr w:type="spellStart"/>
      <w:r w:rsidR="002B3078">
        <w:rPr>
          <w:rFonts w:ascii="Times New Roman" w:eastAsia="Times New Roman" w:hAnsi="Times New Roman"/>
          <w:sz w:val="24"/>
        </w:rPr>
        <w:t>Xx</w:t>
      </w:r>
      <w:proofErr w:type="spellEnd"/>
      <w:r>
        <w:rPr>
          <w:rFonts w:ascii="Times New Roman" w:eastAsia="Times New Roman" w:hAnsi="Times New Roman"/>
          <w:sz w:val="24"/>
        </w:rPr>
        <w:t xml:space="preserve"> University)</w:t>
      </w:r>
    </w:p>
    <w:p w14:paraId="0A9A9DAC" w14:textId="77777777" w:rsidR="00934FFB" w:rsidRDefault="00934FFB"/>
    <w:p w14:paraId="7C722207" w14:textId="77777777" w:rsidR="002B3078" w:rsidRDefault="002B3078" w:rsidP="002B3078">
      <w:pPr>
        <w:rPr>
          <w:b/>
          <w:bCs/>
        </w:rPr>
      </w:pPr>
      <w:r w:rsidRPr="002B3078">
        <w:rPr>
          <w:b/>
          <w:bCs/>
        </w:rPr>
        <w:t>Abstract</w:t>
      </w:r>
    </w:p>
    <w:p w14:paraId="689F8AAD" w14:textId="331361BA" w:rsidR="00934FFB" w:rsidRDefault="004F1E48" w:rsidP="002B3078">
      <w:pPr>
        <w:ind w:firstLineChars="200" w:firstLine="496"/>
        <w:rPr>
          <w:rFonts w:ascii="Times New Roman" w:eastAsia="Times New Roman" w:hAnsi="Times New Roman"/>
          <w:sz w:val="24"/>
          <w:lang w:eastAsia="ja-JP"/>
        </w:rPr>
      </w:pPr>
      <w:r>
        <w:rPr>
          <w:rFonts w:ascii="Times New Roman" w:eastAsia="Times New Roman" w:hAnsi="Times New Roman"/>
          <w:sz w:val="24"/>
        </w:rPr>
        <w:t xml:space="preserve">This is a sample abstract text. Replace this paragraph with your own abstract. The abstract should be written in one paragraph, within </w:t>
      </w:r>
      <w:r w:rsidR="002D20FC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>00 words, using Times New Roman 12-point font. No figures, tables, footnotes, or references should be included.</w:t>
      </w:r>
    </w:p>
    <w:p w14:paraId="468A64B0" w14:textId="77777777" w:rsidR="009D294D" w:rsidRDefault="009D294D" w:rsidP="009D294D">
      <w:pPr>
        <w:rPr>
          <w:b/>
          <w:bCs/>
        </w:rPr>
      </w:pPr>
    </w:p>
    <w:p w14:paraId="2F3F6FA5" w14:textId="00FE6626" w:rsidR="009D294D" w:rsidRDefault="009D294D" w:rsidP="009D294D">
      <w:pPr>
        <w:rPr>
          <w:b/>
          <w:bCs/>
        </w:rPr>
      </w:pPr>
      <w:r>
        <w:rPr>
          <w:b/>
          <w:bCs/>
        </w:rPr>
        <w:t xml:space="preserve">Key words: </w:t>
      </w:r>
    </w:p>
    <w:p w14:paraId="3620DD2C" w14:textId="77777777" w:rsidR="009D294D" w:rsidRDefault="009D294D" w:rsidP="002B3078">
      <w:pPr>
        <w:ind w:firstLineChars="200" w:firstLine="496"/>
        <w:rPr>
          <w:rFonts w:ascii="Times New Roman" w:eastAsia="Times New Roman" w:hAnsi="Times New Roman"/>
          <w:sz w:val="24"/>
          <w:lang w:eastAsia="ja-JP"/>
        </w:rPr>
      </w:pPr>
    </w:p>
    <w:p w14:paraId="79CB0464" w14:textId="77777777" w:rsidR="009D294D" w:rsidRPr="002B3078" w:rsidRDefault="009D294D" w:rsidP="002B3078">
      <w:pPr>
        <w:ind w:firstLineChars="200" w:firstLine="458"/>
        <w:rPr>
          <w:b/>
          <w:bCs/>
          <w:lang w:eastAsia="ja-JP"/>
        </w:rPr>
      </w:pPr>
    </w:p>
    <w:sectPr w:rsidR="009D294D" w:rsidRPr="002B3078" w:rsidSect="00FB4176">
      <w:pgSz w:w="12240" w:h="15840"/>
      <w:pgMar w:top="1701" w:right="1701" w:bottom="1418" w:left="1418" w:header="720" w:footer="720" w:gutter="0"/>
      <w:cols w:space="720"/>
      <w:docGrid w:type="linesAndChars" w:linePitch="424" w:charSpace="16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5124671">
    <w:abstractNumId w:val="8"/>
  </w:num>
  <w:num w:numId="2" w16cid:durableId="666399117">
    <w:abstractNumId w:val="6"/>
  </w:num>
  <w:num w:numId="3" w16cid:durableId="221915332">
    <w:abstractNumId w:val="5"/>
  </w:num>
  <w:num w:numId="4" w16cid:durableId="364523589">
    <w:abstractNumId w:val="4"/>
  </w:num>
  <w:num w:numId="5" w16cid:durableId="1588344518">
    <w:abstractNumId w:val="7"/>
  </w:num>
  <w:num w:numId="6" w16cid:durableId="1407145223">
    <w:abstractNumId w:val="3"/>
  </w:num>
  <w:num w:numId="7" w16cid:durableId="2002924660">
    <w:abstractNumId w:val="2"/>
  </w:num>
  <w:num w:numId="8" w16cid:durableId="902719897">
    <w:abstractNumId w:val="1"/>
  </w:num>
  <w:num w:numId="9" w16cid:durableId="73061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rawingGridHorizontalSpacing w:val="114"/>
  <w:drawingGridVerticalSpacing w:val="21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3E1"/>
    <w:rsid w:val="0015074B"/>
    <w:rsid w:val="0029639D"/>
    <w:rsid w:val="002B3078"/>
    <w:rsid w:val="002D20FC"/>
    <w:rsid w:val="00326F90"/>
    <w:rsid w:val="004F11DE"/>
    <w:rsid w:val="004F1E48"/>
    <w:rsid w:val="00577C6A"/>
    <w:rsid w:val="005C0952"/>
    <w:rsid w:val="00934FFB"/>
    <w:rsid w:val="009D294D"/>
    <w:rsid w:val="00A6517C"/>
    <w:rsid w:val="00AA1D8D"/>
    <w:rsid w:val="00B47730"/>
    <w:rsid w:val="00CB0664"/>
    <w:rsid w:val="00D10263"/>
    <w:rsid w:val="00DD7C3B"/>
    <w:rsid w:val="00E47B73"/>
    <w:rsid w:val="00FB41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5DA8A"/>
  <w14:defaultImageDpi w14:val="300"/>
  <w15:docId w15:val="{83CF3E09-19E5-4041-8F30-4364568C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董 芳勝</cp:lastModifiedBy>
  <cp:revision>2</cp:revision>
  <cp:lastPrinted>2026-05-26T12:13:00Z</cp:lastPrinted>
  <dcterms:created xsi:type="dcterms:W3CDTF">2026-05-26T12:17:00Z</dcterms:created>
  <dcterms:modified xsi:type="dcterms:W3CDTF">2026-05-26T12:17:00Z</dcterms:modified>
  <cp:category/>
</cp:coreProperties>
</file>